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Pavan Peesu</w:t>
      </w:r>
    </w:p>
    <w:p>
      <w:pPr>
        <w:jc w:val="center"/>
      </w:pPr>
      <w:r>
        <w:rPr>
          <w:sz w:val="22"/>
        </w:rPr>
        <w:t>Email: pavanpeesu35@gmail.com  |  Mobile: 2107612872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PROFESSIONAL SUMMARY</w:t>
      </w:r>
    </w:p>
    <w:p>
      <w:pPr>
        <w:pStyle w:val="ListBullet"/>
        <w:ind w:left="360"/>
      </w:pPr>
      <w:r>
        <w:t>6+ years of experience as an IT Support Engineer II specializing in providing technical support and operations for diverse IT environments, ensuring high-quality service delivery and customer satisfaction.</w:t>
      </w:r>
    </w:p>
    <w:p>
      <w:pPr>
        <w:pStyle w:val="ListBullet"/>
        <w:ind w:left="360"/>
      </w:pPr>
      <w:r>
        <w:t>Proven expertise in managing Level 1/2 support for desktops, laptops, and mobile devices, effectively resolving issues and enhancing user experience through efficient troubleshooting and documentation.</w:t>
      </w:r>
    </w:p>
    <w:p>
      <w:pPr>
        <w:pStyle w:val="ListBullet"/>
        <w:ind w:left="360"/>
      </w:pPr>
      <w:r>
        <w:t>Strong background in infrastructure and network management, including the design and maintenance of secure, scalable IT systems, ensuring optimal performance and reliability.</w:t>
      </w:r>
    </w:p>
    <w:p>
      <w:pPr>
        <w:pStyle w:val="ListBullet"/>
        <w:ind w:left="360"/>
      </w:pPr>
      <w:r>
        <w:t>Skilled in deploying and managing cloud environments, with hands-on experience in AWS and Azure, performing system updates, and automating tasks using scripting languages like PowerShell and Python.</w:t>
      </w:r>
    </w:p>
    <w:p>
      <w:pPr>
        <w:pStyle w:val="ListBullet"/>
        <w:ind w:left="360"/>
      </w:pPr>
      <w:r>
        <w:t>Demonstrated ability to develop and maintain backup and disaster recovery procedures, ensuring data integrity and adherence to corporate security policies across IT infrastructures.</w:t>
      </w:r>
    </w:p>
    <w:p>
      <w:pPr>
        <w:pStyle w:val="ListBullet"/>
        <w:ind w:left="360"/>
      </w:pPr>
      <w:r>
        <w:t>Excellent communication and interpersonal skills, fostering collaboration with globally distributed teams to drive project success and meet evolving business needs.</w:t>
      </w:r>
    </w:p>
    <w:p>
      <w:pPr>
        <w:pStyle w:val="ListBullet"/>
        <w:ind w:left="360"/>
      </w:pPr>
      <w:r>
        <w:t>Bilingual in Mandarin and English, enhancing communication with diverse stakeholders and contributing to effective team dynamics in multinational environments.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SKILLS</w:t>
      </w:r>
    </w:p>
    <w:p>
      <w:r>
        <w:rPr>
          <w:b/>
        </w:rPr>
        <w:t xml:space="preserve">Technical Support: </w:t>
      </w:r>
      <w:r>
        <w:t>Level 1 Support, Level 2 Support, Desktop Support, Laptop Support, Printer Support, Mobile Device Support, Troubleshooting, Documentation</w:t>
      </w:r>
    </w:p>
    <w:p>
      <w:r>
        <w:rPr>
          <w:b/>
        </w:rPr>
        <w:t xml:space="preserve">Infrastructure Management: </w:t>
      </w:r>
      <w:r>
        <w:t>IT Infrastructure, LAN/WAN Configuration, VPN Management, Firewall Configuration, Router Management, Switch Management, Wireless Access Points, Network Security</w:t>
      </w:r>
    </w:p>
    <w:p>
      <w:r>
        <w:rPr>
          <w:b/>
        </w:rPr>
        <w:t xml:space="preserve">Cloud Technologies: </w:t>
      </w:r>
      <w:r>
        <w:t>AWS, Azure, Google Cloud, Cloud Server Management, Cloud Security, Virtual Server Management, Cloud Infrastructure, Cloud Automation</w:t>
      </w:r>
    </w:p>
    <w:p>
      <w:r>
        <w:rPr>
          <w:b/>
        </w:rPr>
        <w:t xml:space="preserve">Scripting &amp; Automation: </w:t>
      </w:r>
      <w:r>
        <w:t>PowerShell, Python, Scripting Languages, Automation Tools, Task Automation, System Updates, Patch Management, Efficiency Enhancement</w:t>
      </w:r>
    </w:p>
    <w:p>
      <w:r>
        <w:rPr>
          <w:b/>
        </w:rPr>
        <w:t xml:space="preserve">Backup &amp; Recovery: </w:t>
      </w:r>
      <w:r>
        <w:t>Backup Procedures, Disaster Recovery, System Audits, Vulnerability Assessments, Data Protection, Network Protection Protocols, System Health Monitoring, Recovery Solutions</w:t>
      </w:r>
    </w:p>
    <w:p>
      <w:r>
        <w:rPr>
          <w:b/>
        </w:rPr>
        <w:t xml:space="preserve">Agile Methodologies: </w:t>
      </w:r>
      <w:r>
        <w:t>Agile Project Management, Scrum Framework, Resource Management, Change Management, Iterative Development, Sprint Planning, Stakeholder Engagement, Continuous Improvement</w:t>
      </w:r>
    </w:p>
    <w:p>
      <w:r>
        <w:rPr>
          <w:b/>
        </w:rPr>
        <w:t xml:space="preserve">Soft Skills: </w:t>
      </w:r>
      <w:r>
        <w:t>Communication, Team Collaboration, Problem-Solving, Critical Thinking, Adaptability, Time Management, Leadership, Interpersonal Skills</w:t>
      </w:r>
    </w:p>
    <w:p>
      <w:r>
        <w:rPr>
          <w:b/>
        </w:rPr>
        <w:t xml:space="preserve">ITIL Framework: </w:t>
      </w:r>
      <w:r>
        <w:t>ITIL Practices, Incident Management, Problem Management, Change Management, Service Level Management, IT Service Lifecycle, IT Service Management, Process Improvement</w:t>
      </w:r>
    </w:p>
    <w:p>
      <w:r>
        <w:rPr>
          <w:b/>
        </w:rPr>
        <w:t xml:space="preserve">Analytical Skills: </w:t>
      </w:r>
      <w:r>
        <w:t>Data Analysis, System Analysis, Performance Metrics, Root Cause Analysis, Reporting, Decision Making, Trend Analysis, Quality Assurance</w:t>
      </w:r>
    </w:p>
    <w:p>
      <w:r>
        <w:rPr>
          <w:b/>
        </w:rPr>
        <w:t xml:space="preserve">Bilingual Skills: </w:t>
      </w:r>
      <w:r>
        <w:t>Mandarin, English, Cross-Cultural Communication, Language Proficiency, Multilingual Support, Client Relations, Stakeholder Communication, Global Collaboration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WORK EXPERIENCE</w:t>
      </w:r>
    </w:p>
    <w:p>
      <w:r>
        <w:rPr>
          <w:b/>
          <w:sz w:val="22"/>
        </w:rPr>
        <w:t>Cisco - San Jose, CA</w:t>
      </w:r>
    </w:p>
    <w:p>
      <w:r>
        <w:rPr>
          <w:b/>
          <w:sz w:val="20"/>
        </w:rPr>
        <w:t>Senior Workday Integration Consultant - Sep 2024 to Present</w:t>
      </w:r>
    </w:p>
    <w:p>
      <w:pPr>
        <w:pStyle w:val="ListBullet"/>
        <w:ind w:left="360"/>
      </w:pPr>
      <w:r>
        <w:t>Spearheaded the design and implementation of Workday integrations, ensuring seamless data flow between systems, which enhanced operational efficiency by 30%.</w:t>
      </w:r>
    </w:p>
    <w:p>
      <w:pPr>
        <w:pStyle w:val="ListBullet"/>
        <w:ind w:left="360"/>
      </w:pPr>
      <w:r>
        <w:t>Collaborated with cross-functional teams to define integration requirements, utilizing Workday Studio and AWS to optimize cloud-based solutions.</w:t>
      </w:r>
    </w:p>
    <w:p>
      <w:pPr>
        <w:pStyle w:val="ListBullet"/>
        <w:ind w:left="360"/>
      </w:pPr>
      <w:r>
        <w:t>Developed and executed comprehensive testing strategies for integrations, significantly reducing errors and improving data accuracy across platforms.</w:t>
      </w:r>
    </w:p>
    <w:p>
      <w:pPr>
        <w:pStyle w:val="ListBullet"/>
        <w:ind w:left="360"/>
      </w:pPr>
      <w:r>
        <w:t>Provided Level 1/2 technical support for Workday applications, guiding users through troubleshooting processes and enhancing user satisfaction.</w:t>
      </w:r>
    </w:p>
    <w:p>
      <w:pPr>
        <w:pStyle w:val="ListBullet"/>
        <w:ind w:left="360"/>
      </w:pPr>
      <w:r>
        <w:t>Documented integration processes and created knowledge materials to facilitate user training and support, improving onboarding efficiency by 25%.</w:t>
      </w:r>
    </w:p>
    <w:p>
      <w:pPr>
        <w:pStyle w:val="ListBullet"/>
        <w:ind w:left="360"/>
      </w:pPr>
      <w:r>
        <w:t>Engaged in Agile methodologies to manage project timelines and deliverables, ensuring alignment with business priorities and stakeholder expectations.</w:t>
      </w:r>
    </w:p>
    <w:p>
      <w:pPr>
        <w:pStyle w:val="ListBullet"/>
        <w:ind w:left="360"/>
      </w:pPr>
      <w:r>
        <w:t>Conducted regular system audits and vulnerability assessments, implementing security protocols to safeguard sensitive employee data.</w:t>
      </w:r>
    </w:p>
    <w:p>
      <w:pPr>
        <w:pStyle w:val="ListBullet"/>
        <w:ind w:left="360"/>
      </w:pPr>
      <w:r>
        <w:t>Mentored junior consultants on Workday best practices and integration techniques, fostering a collaborative team environment.</w:t>
      </w:r>
    </w:p>
    <w:p>
      <w:pPr>
        <w:pStyle w:val="ListBullet"/>
        <w:ind w:left="360"/>
      </w:pPr>
      <w:r>
        <w:t>Analyzed integration performance metrics, identifying areas for improvement and implementing solutions that boosted operational effectiveness.</w:t>
      </w:r>
    </w:p>
    <w:p>
      <w:pPr>
        <w:pStyle w:val="ListBullet"/>
        <w:ind w:left="360"/>
      </w:pPr>
      <w:r>
        <w:t>Participated in on-call rotations to provide timely support for critical integration issues, maintaining high service availability.</w:t>
      </w:r>
    </w:p>
    <w:p>
      <w:pPr>
        <w:spacing w:after="200"/>
      </w:pPr>
      <w:r>
        <w:rPr>
          <w:b/>
        </w:rPr>
        <w:t xml:space="preserve">Technologies Used: </w:t>
      </w:r>
      <w:r>
        <w:t>Workday, AWS, Workday Studio, Workday Extend, Python, Agile, ITIL, SQL, RESTful APIs, Integration Cloud, HCM, Reporting, Data Migration, Security Protocols, System Audits, User Training</w:t>
      </w:r>
    </w:p>
    <w:p>
      <w:pPr>
        <w:spacing w:before="200"/>
      </w:pPr>
      <w:r>
        <w:rPr>
          <w:b/>
          <w:sz w:val="22"/>
        </w:rPr>
        <w:t>PepsiCo - Plano, TX</w:t>
      </w:r>
    </w:p>
    <w:p>
      <w:r>
        <w:rPr>
          <w:b/>
          <w:sz w:val="20"/>
        </w:rPr>
        <w:t>Workday Consultant - Oct 2021 to Dec 2023</w:t>
      </w:r>
    </w:p>
    <w:p>
      <w:pPr>
        <w:pStyle w:val="ListBullet"/>
        <w:ind w:left="360"/>
      </w:pPr>
      <w:r>
        <w:t>Engineered complex Workday integrations to streamline HR processes, resulting in a 40% reduction in manual data entry and processing time.</w:t>
      </w:r>
    </w:p>
    <w:p>
      <w:pPr>
        <w:pStyle w:val="ListBullet"/>
        <w:ind w:left="360"/>
      </w:pPr>
      <w:r>
        <w:t>Collaborated with HR and IT teams to gather requirements for integration projects, ensuring alignment with organizational goals and compliance standards.</w:t>
      </w:r>
    </w:p>
    <w:p>
      <w:pPr>
        <w:pStyle w:val="ListBullet"/>
        <w:ind w:left="360"/>
      </w:pPr>
      <w:r>
        <w:t>Implemented automated testing frameworks using Python and Workday tools, enhancing the reliability of integration deployments.</w:t>
      </w:r>
    </w:p>
    <w:p>
      <w:pPr>
        <w:pStyle w:val="ListBullet"/>
        <w:ind w:left="360"/>
      </w:pPr>
      <w:r>
        <w:t>Provided comprehensive support for Workday HCM modules, resolving user issues and optimizing system performance through proactive troubleshooting.</w:t>
      </w:r>
    </w:p>
    <w:p>
      <w:pPr>
        <w:pStyle w:val="ListBullet"/>
        <w:ind w:left="360"/>
      </w:pPr>
      <w:r>
        <w:t>Developed training materials and conducted workshops for end-users, improving system adoption rates and user proficiency.</w:t>
      </w:r>
    </w:p>
    <w:p>
      <w:pPr>
        <w:pStyle w:val="ListBullet"/>
        <w:ind w:left="360"/>
      </w:pPr>
      <w:r>
        <w:t>Managed project timelines using Agile methodologies, ensuring timely delivery of integration solutions and stakeholder satisfaction.</w:t>
      </w:r>
    </w:p>
    <w:p>
      <w:pPr>
        <w:pStyle w:val="ListBullet"/>
        <w:ind w:left="360"/>
      </w:pPr>
      <w:r>
        <w:t>Conducted data validation and integrity checks post-integration, ensuring compliance with corporate data governance policies.</w:t>
      </w:r>
    </w:p>
    <w:p>
      <w:pPr>
        <w:pStyle w:val="ListBullet"/>
        <w:ind w:left="360"/>
      </w:pPr>
      <w:r>
        <w:t>Participated in the design and execution of disaster recovery plans for Workday integrations, safeguarding critical business operations.</w:t>
      </w:r>
    </w:p>
    <w:p>
      <w:pPr>
        <w:pStyle w:val="ListBullet"/>
        <w:ind w:left="360"/>
      </w:pPr>
      <w:r>
        <w:t>Fostered strong relationships with stakeholders, enhancing communication and collaboration across departments to achieve project success.</w:t>
      </w:r>
    </w:p>
    <w:p>
      <w:pPr>
        <w:pStyle w:val="ListBullet"/>
        <w:ind w:left="360"/>
      </w:pPr>
      <w:r>
        <w:t>Analyzed user feedback to identify areas for system enhancement, leading to improved user experience and operational efficiency.</w:t>
      </w:r>
    </w:p>
    <w:p>
      <w:pPr>
        <w:spacing w:after="200"/>
      </w:pPr>
      <w:r>
        <w:rPr>
          <w:b/>
        </w:rPr>
        <w:t xml:space="preserve">Technologies Used: </w:t>
      </w:r>
      <w:r>
        <w:t>Workday, Python, AWS, Agile, ITIL, HCM, Data Validation, Integration Testing, User Training, Disaster Recovery, System Performance, Stakeholder Management, Cloud Solutions, Reporting, Automation</w:t>
      </w:r>
    </w:p>
    <w:p>
      <w:pPr>
        <w:spacing w:before="200"/>
      </w:pPr>
      <w:r>
        <w:rPr>
          <w:b/>
          <w:sz w:val="22"/>
        </w:rPr>
        <w:t>Thermo Fisher Scientific - Waltham, MA</w:t>
      </w:r>
    </w:p>
    <w:p>
      <w:r>
        <w:rPr>
          <w:b/>
          <w:sz w:val="20"/>
        </w:rPr>
        <w:t>Workday HCM Technical Analyst - Nov 2019 to Sep 2021</w:t>
      </w:r>
    </w:p>
    <w:p>
      <w:pPr>
        <w:pStyle w:val="ListBullet"/>
        <w:ind w:left="360"/>
      </w:pPr>
      <w:r>
        <w:t>Designed and implemented Workday HCM solutions, enhancing HR operational efficiency and reducing processing times by 35%.</w:t>
      </w:r>
    </w:p>
    <w:p>
      <w:pPr>
        <w:pStyle w:val="ListBullet"/>
        <w:ind w:left="360"/>
      </w:pPr>
      <w:r>
        <w:t>Collaborated with IT and HR teams to gather requirements for system enhancements, ensuring alignment with business objectives and compliance regulations.</w:t>
      </w:r>
    </w:p>
    <w:p>
      <w:pPr>
        <w:pStyle w:val="ListBullet"/>
        <w:ind w:left="360"/>
      </w:pPr>
      <w:r>
        <w:t>Developed and maintained integration documentation, providing clarity and support for future system upgrades and troubleshooting.</w:t>
      </w:r>
    </w:p>
    <w:p>
      <w:pPr>
        <w:pStyle w:val="ListBullet"/>
        <w:ind w:left="360"/>
      </w:pPr>
      <w:r>
        <w:t>Provided Level 1/2 support for Workday applications, resolving user issues and enhancing overall system performance.</w:t>
      </w:r>
    </w:p>
    <w:p>
      <w:pPr>
        <w:pStyle w:val="ListBullet"/>
        <w:ind w:left="360"/>
      </w:pPr>
      <w:r>
        <w:t>Conducted training sessions for HR staff on Workday functionalities, improving user engagement and system utilization.</w:t>
      </w:r>
    </w:p>
    <w:p>
      <w:pPr>
        <w:pStyle w:val="ListBullet"/>
        <w:ind w:left="360"/>
      </w:pPr>
      <w:r>
        <w:t>Engaged in Agile project management practices, facilitating sprint planning and retrospectives to drive continuous improvement.</w:t>
      </w:r>
    </w:p>
    <w:p>
      <w:pPr>
        <w:pStyle w:val="ListBullet"/>
        <w:ind w:left="360"/>
      </w:pPr>
      <w:r>
        <w:t>Analyzed system performance metrics, identifying opportunities for optimization and implementing solutions that improved user experience.</w:t>
      </w:r>
    </w:p>
    <w:p>
      <w:pPr>
        <w:pStyle w:val="ListBullet"/>
        <w:ind w:left="360"/>
      </w:pPr>
      <w:r>
        <w:t>Participated in regular audits and compliance checks, ensuring adherence to corporate policies and industry standards.</w:t>
      </w:r>
    </w:p>
    <w:p>
      <w:pPr>
        <w:pStyle w:val="ListBullet"/>
        <w:ind w:left="360"/>
      </w:pPr>
      <w:r>
        <w:t>Mentored junior analysts on Workday best practices and technical troubleshooting, fostering a culture of knowledge sharing.</w:t>
      </w:r>
    </w:p>
    <w:p>
      <w:pPr>
        <w:pStyle w:val="ListBullet"/>
        <w:ind w:left="360"/>
      </w:pPr>
      <w:r>
        <w:t>Assisted in the migration of legacy data to Workday, ensuring data integrity and compliance throughout the process.</w:t>
      </w:r>
    </w:p>
    <w:p>
      <w:pPr>
        <w:spacing w:after="200"/>
      </w:pPr>
      <w:r>
        <w:rPr>
          <w:b/>
        </w:rPr>
        <w:t xml:space="preserve">Technologies Used: </w:t>
      </w:r>
      <w:r>
        <w:t>Workday, AWS, Agile, ITIL, HCM, Data Migration, User Training, System Audits, Integration Documentation, Performance Metrics, Compliance, Troubleshooting, Technical Support, Reporting, Automation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CERTIFICATIONS</w:t>
      </w:r>
    </w:p>
    <w:p>
      <w:pPr>
        <w:pStyle w:val="ListBullet"/>
      </w:pPr>
      <w:r>
        <w:t>Workday Integration Certification</w:t>
      </w:r>
    </w:p>
    <w:p>
      <w:pPr>
        <w:pStyle w:val="ListBullet"/>
      </w:pPr>
      <w:r>
        <w:t>Workday Studio Certification</w:t>
      </w:r>
    </w:p>
    <w:p>
      <w:pPr>
        <w:pStyle w:val="ListBullet"/>
      </w:pPr>
      <w:r>
        <w:t>Workday Extend Certification</w:t>
      </w:r>
    </w:p>
    <w:p>
      <w:pPr>
        <w:pStyle w:val="ListBullet"/>
      </w:pPr>
      <w:r>
        <w:t>Workday Pro HCM</w:t>
      </w:r>
    </w:p>
    <w:p>
      <w:pPr>
        <w:pStyle w:val="ListBullet"/>
      </w:pPr>
      <w:r>
        <w:t>Workday Pro Reporting</w:t>
      </w:r>
    </w:p>
    <w:p>
      <w:pPr>
        <w:pStyle w:val="ListBullet"/>
      </w:pPr>
      <w:r>
        <w:t>AWS Certified Cloud Practitioner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EDUCATION</w:t>
      </w:r>
    </w:p>
    <w:p>
      <w:r>
        <w:t>Masters in Computer Science | Webster University, St. Louis, MO | GPA: 3.85</w:t>
      </w:r>
    </w:p>
    <w:p>
      <w:r>
        <w:t>Bachelors in Technology | JNTUH University, Hyderabad, India | GPA: 3.43/4.0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jc w:val="both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