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Archana Vari</w:t>
      </w:r>
    </w:p>
    <w:p>
      <w:pPr>
        <w:jc w:val="center"/>
      </w:pPr>
      <w:r>
        <w:rPr>
          <w:sz w:val="22"/>
        </w:rPr>
        <w:t>Email: archujangi@gmail.com  |  Mobile: 4086200462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PROFESSIONAL SUMMARY</w:t>
      </w:r>
    </w:p>
    <w:p>
      <w:pPr>
        <w:pStyle w:val="ListBullet"/>
        <w:ind w:left="360"/>
      </w:pPr>
      <w:r>
        <w:t>9+ years of experience as an IT Support Engineer II specializing in providing technical support, managing IT infrastructure, and ensuring optimal performance of systems and applications for diverse organizations.</w:t>
      </w:r>
    </w:p>
    <w:p>
      <w:pPr>
        <w:pStyle w:val="ListBullet"/>
        <w:ind w:left="360"/>
      </w:pPr>
      <w:r>
        <w:t>Proven expertise in Level 1/2 support for various endpoints, including desktops, laptops, and mobile devices, ensuring seamless operational processes for end-users.</w:t>
      </w:r>
    </w:p>
    <w:p>
      <w:pPr>
        <w:pStyle w:val="ListBullet"/>
        <w:ind w:left="360"/>
      </w:pPr>
      <w:r>
        <w:t>Extensive experience in designing, implementing, and maintaining secure IT infrastructure systems, including physical, virtual, and cloud environments.</w:t>
      </w:r>
    </w:p>
    <w:p>
      <w:pPr>
        <w:pStyle w:val="ListBullet"/>
        <w:ind w:left="360"/>
      </w:pPr>
      <w:r>
        <w:t>Skilled in configuring and troubleshooting network components such as LAN/WAN, VPNs, switches, routers, and firewalls to ensure optimal connectivity and security.</w:t>
      </w:r>
    </w:p>
    <w:p>
      <w:pPr>
        <w:pStyle w:val="ListBullet"/>
        <w:ind w:left="360"/>
      </w:pPr>
      <w:r>
        <w:t>Demonstrated proficiency in managing Windows and Linux servers, with hands-on experience in AWS, Azure, and Google Cloud environments for enhanced operational efficiency.</w:t>
      </w:r>
    </w:p>
    <w:p>
      <w:pPr>
        <w:pStyle w:val="ListBullet"/>
        <w:ind w:left="360"/>
      </w:pPr>
      <w:r>
        <w:t>Strong background in scripting languages, including PowerShell and Python, to automate repetitive tasks and improve overall IT processes.</w:t>
      </w:r>
    </w:p>
    <w:p>
      <w:pPr>
        <w:pStyle w:val="ListBullet"/>
        <w:ind w:left="360"/>
      </w:pPr>
      <w:r>
        <w:t>Adept at developing and maintaining backup and disaster recovery procedures, ensuring compliance with corporate security policies and protocols.</w:t>
      </w:r>
    </w:p>
    <w:p>
      <w:pPr>
        <w:pStyle w:val="ListBullet"/>
        <w:ind w:left="360"/>
      </w:pPr>
      <w:r>
        <w:t>Bilingual in Mandarin and English, facilitating effective communication and collaboration with diverse teams and stakeholders across global markets.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SKILLS</w:t>
      </w:r>
    </w:p>
    <w:p>
      <w:r>
        <w:rPr>
          <w:b/>
        </w:rPr>
        <w:t xml:space="preserve">Technical Support: </w:t>
      </w:r>
      <w:r>
        <w:t>Level 1 Support, Level 2 Support, Desktop Support, Laptop Support, Printer Support, Mobile Device Support, Troubleshooting, Documentation</w:t>
      </w:r>
    </w:p>
    <w:p>
      <w:r>
        <w:rPr>
          <w:b/>
        </w:rPr>
        <w:t xml:space="preserve">Infrastructure Management: </w:t>
      </w:r>
      <w:r>
        <w:t>IT Infrastructure, Network Management, LAN/WAN Configuration, VPN Configuration, Firewall Management, Router Configuration, Switch Management, Wireless Access Points</w:t>
      </w:r>
    </w:p>
    <w:p>
      <w:r>
        <w:rPr>
          <w:b/>
        </w:rPr>
        <w:t xml:space="preserve">Cloud Technologies: </w:t>
      </w:r>
      <w:r>
        <w:t>AWS, Azure, Google Cloud, Cloud Server Management, Virtual Server Management, Cloud Security, Cloud Backup Solutions, Cloud Automation</w:t>
      </w:r>
    </w:p>
    <w:p>
      <w:r>
        <w:rPr>
          <w:b/>
        </w:rPr>
        <w:t xml:space="preserve">Scripting and Automation: </w:t>
      </w:r>
      <w:r>
        <w:t>PowerShell, Python, Automation Scripts, Task Automation, System Updates, Patch Management, Scripting Best Practices, Code Optimization</w:t>
      </w:r>
    </w:p>
    <w:p>
      <w:r>
        <w:rPr>
          <w:b/>
        </w:rPr>
        <w:t xml:space="preserve">Backup and Recovery: </w:t>
      </w:r>
      <w:r>
        <w:t>Disaster Recovery Planning, Backup Solutions, System Audits, Vulnerability Assessments, Data Recovery, Backup Testing, Security Policy Adherence, System Health Monitoring</w:t>
      </w:r>
    </w:p>
    <w:p>
      <w:r>
        <w:rPr>
          <w:b/>
        </w:rPr>
        <w:t xml:space="preserve">Agile Methodologies: </w:t>
      </w:r>
      <w:r>
        <w:t>Agile Project Management, Scrum Framework, Resource Management, Change Management, Sprint Planning, Backlog Management, Agile Best Practices, Team Collaboration</w:t>
      </w:r>
    </w:p>
    <w:p>
      <w:r>
        <w:rPr>
          <w:b/>
        </w:rPr>
        <w:t xml:space="preserve">Soft Skills: </w:t>
      </w:r>
      <w:r>
        <w:t>Communication, Teamwork, Problem-Solving, Critical Thinking, Adaptability, Time Management, Conflict Resolution, Leadership</w:t>
      </w:r>
    </w:p>
    <w:p>
      <w:r>
        <w:rPr>
          <w:b/>
        </w:rPr>
        <w:t xml:space="preserve">Customer Support: </w:t>
      </w:r>
      <w:r>
        <w:t>Customer Engagement, Stakeholder Management, User Training, Client Relations, Technical Guidance, Service Level Management, Customer Satisfaction, Issue Resolution</w:t>
      </w:r>
    </w:p>
    <w:p>
      <w:r>
        <w:rPr>
          <w:b/>
        </w:rPr>
        <w:t xml:space="preserve">Security Practices: </w:t>
      </w:r>
      <w:r>
        <w:t>ITIL Frameworks, Security Policies, Vulnerability Management, Compliance Standards, Risk Assessment, Incident Management, Security Audits, Network Protection</w:t>
      </w:r>
    </w:p>
    <w:p>
      <w:r>
        <w:rPr>
          <w:b/>
        </w:rPr>
        <w:t xml:space="preserve">Languages: </w:t>
      </w:r>
      <w:r>
        <w:t>English, Mandarin, Technical Writing, Bilingual Communication, Documentation Skills, Multilingual Support, Language Proficiency, Cross-Cultural Communication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WORK EXPERIENCE</w:t>
      </w:r>
    </w:p>
    <w:p>
      <w:r>
        <w:rPr>
          <w:b/>
          <w:sz w:val="22"/>
        </w:rPr>
        <w:t>Wells Fargo - San Francisco, CA</w:t>
      </w:r>
    </w:p>
    <w:p>
      <w:r>
        <w:rPr>
          <w:b/>
          <w:sz w:val="20"/>
        </w:rPr>
        <w:t>Senior Application Security Engineer - Mar 2023 to Present</w:t>
      </w:r>
    </w:p>
    <w:p>
      <w:pPr>
        <w:pStyle w:val="ListBullet"/>
        <w:ind w:left="360"/>
      </w:pPr>
      <w:r>
        <w:t>Spearheaded the design and implementation of secure application architectures, utilizing AWS and Azure, enhancing security posture by 30% through proactive threat modeling and vulnerability assessments.</w:t>
      </w:r>
    </w:p>
    <w:p>
      <w:pPr>
        <w:pStyle w:val="ListBullet"/>
        <w:ind w:left="360"/>
      </w:pPr>
      <w:r>
        <w:t>Collaborated with cross-functional teams to integrate security practices into Agile methodologies, ensuring compliance with ITIL frameworks and improving incident response times by 25%.</w:t>
      </w:r>
    </w:p>
    <w:p>
      <w:pPr>
        <w:pStyle w:val="ListBullet"/>
        <w:ind w:left="360"/>
      </w:pPr>
      <w:r>
        <w:t>Developed and executed comprehensive security testing strategies, employing tools such as OWASP ZAP and Burp Suite, which identified critical vulnerabilities and reduced remediation time by 40%.</w:t>
      </w:r>
    </w:p>
    <w:p>
      <w:pPr>
        <w:pStyle w:val="ListBullet"/>
        <w:ind w:left="360"/>
      </w:pPr>
      <w:r>
        <w:t>Facilitated training sessions for development teams on secure coding practices, fostering a culture of security awareness and reducing security incidents by 15%.</w:t>
      </w:r>
    </w:p>
    <w:p>
      <w:pPr>
        <w:pStyle w:val="ListBullet"/>
        <w:ind w:left="360"/>
      </w:pPr>
      <w:r>
        <w:t>Managed security incidents and conducted root cause analysis, leveraging analytical skills to identify systemic issues and implement effective solutions, resulting in a 20% decrease in recurring vulnerabilities.</w:t>
      </w:r>
    </w:p>
    <w:p>
      <w:pPr>
        <w:pStyle w:val="ListBullet"/>
        <w:ind w:left="360"/>
      </w:pPr>
      <w:r>
        <w:t>Optimized security monitoring processes using SIEM tools, enhancing threat detection capabilities and enabling rapid response to potential breaches.</w:t>
      </w:r>
    </w:p>
    <w:p>
      <w:pPr>
        <w:pStyle w:val="ListBullet"/>
        <w:ind w:left="360"/>
      </w:pPr>
      <w:r>
        <w:t>Documented security policies and procedures, creating knowledge materials for end-users that improved compliance and user adherence to security protocols.</w:t>
      </w:r>
    </w:p>
    <w:p>
      <w:pPr>
        <w:pStyle w:val="ListBullet"/>
        <w:ind w:left="360"/>
      </w:pPr>
      <w:r>
        <w:t>Led the migration of legacy applications to cloud environments, ensuring adherence to security best practices and regulatory compliance, which improved operational efficiency.</w:t>
      </w:r>
    </w:p>
    <w:p>
      <w:pPr>
        <w:pStyle w:val="ListBullet"/>
        <w:ind w:left="360"/>
      </w:pPr>
      <w:r>
        <w:t>Engaged in continuous learning and adaptation of emerging security technologies, ensuring the organization remains ahead of industry trends and threats.</w:t>
      </w:r>
    </w:p>
    <w:p>
      <w:pPr>
        <w:pStyle w:val="ListBullet"/>
        <w:ind w:left="360"/>
      </w:pPr>
      <w:r>
        <w:t>Participated in on-call rotations, providing Level 2 support for security incidents and ensuring minimal disruption to business operations.</w:t>
      </w:r>
    </w:p>
    <w:p>
      <w:pPr>
        <w:spacing w:after="200"/>
      </w:pPr>
      <w:r>
        <w:rPr>
          <w:b/>
        </w:rPr>
        <w:t xml:space="preserve">Technologies Used: </w:t>
      </w:r>
      <w:r>
        <w:t>AWS, Azure, ITIL, OWASP ZAP, Burp Suite, SIEM, Python, Agile, IT Service Lifecycle Management, Docker, Kubernetes, Jenkins, Terraform, Git, Linux, Windows</w:t>
      </w:r>
    </w:p>
    <w:p>
      <w:pPr>
        <w:spacing w:before="200"/>
      </w:pPr>
      <w:r>
        <w:rPr>
          <w:b/>
          <w:sz w:val="22"/>
        </w:rPr>
        <w:t>USAA - San Antonio, TX</w:t>
      </w:r>
    </w:p>
    <w:p>
      <w:r>
        <w:rPr>
          <w:b/>
          <w:sz w:val="20"/>
        </w:rPr>
        <w:t>Security Engineer - Feb 2021 to Mar 2023</w:t>
      </w:r>
    </w:p>
    <w:p>
      <w:pPr>
        <w:pStyle w:val="ListBullet"/>
        <w:ind w:left="360"/>
      </w:pPr>
      <w:r>
        <w:t>Engineered and maintained secure IT infrastructure systems, deploying and managing cloud environments on AWS and Azure, which improved system uptime by 35%.</w:t>
      </w:r>
    </w:p>
    <w:p>
      <w:pPr>
        <w:pStyle w:val="ListBullet"/>
        <w:ind w:left="360"/>
      </w:pPr>
      <w:r>
        <w:t>Collaborated with IT teams to configure and troubleshoot network components, including VPNs, firewalls, and switches, enhancing overall network security and performance.</w:t>
      </w:r>
    </w:p>
    <w:p>
      <w:pPr>
        <w:pStyle w:val="ListBullet"/>
        <w:ind w:left="360"/>
      </w:pPr>
      <w:r>
        <w:t>Implemented automated patch management processes using PowerShell scripts, reducing the time required for system updates by 50%.</w:t>
      </w:r>
    </w:p>
    <w:p>
      <w:pPr>
        <w:pStyle w:val="ListBullet"/>
        <w:ind w:left="360"/>
      </w:pPr>
      <w:r>
        <w:t>Developed and executed backup and disaster recovery plans, ensuring data integrity and availability, which minimized potential downtime during incidents.</w:t>
      </w:r>
    </w:p>
    <w:p>
      <w:pPr>
        <w:pStyle w:val="ListBullet"/>
        <w:ind w:left="360"/>
      </w:pPr>
      <w:r>
        <w:t>Conducted regular system audits and vulnerability assessments, utilizing tools like Zabbix and Nagios to monitor system health and compliance with corporate security policies.</w:t>
      </w:r>
    </w:p>
    <w:p>
      <w:pPr>
        <w:pStyle w:val="ListBullet"/>
        <w:ind w:left="360"/>
      </w:pPr>
      <w:r>
        <w:t>Provided Level 1/2 support for end-user issues, guiding associates through operational processes and enhancing overall user satisfaction.</w:t>
      </w:r>
    </w:p>
    <w:p>
      <w:pPr>
        <w:pStyle w:val="ListBullet"/>
        <w:ind w:left="360"/>
      </w:pPr>
      <w:r>
        <w:t>Documented troubleshooting procedures and created knowledge bases, improving efficiency in resolving common technical issues by 30%.</w:t>
      </w:r>
    </w:p>
    <w:p>
      <w:pPr>
        <w:pStyle w:val="ListBullet"/>
        <w:ind w:left="360"/>
      </w:pPr>
      <w:r>
        <w:t>Participated in Agile project management practices, contributing to sprint planning and retrospectives to continuously improve team performance and delivery.</w:t>
      </w:r>
    </w:p>
    <w:p>
      <w:pPr>
        <w:pStyle w:val="ListBullet"/>
        <w:ind w:left="360"/>
      </w:pPr>
      <w:r>
        <w:t>Fostered collaboration with diverse teams across the organization, ensuring seamless communication and project success in a globally distributed environment.</w:t>
      </w:r>
    </w:p>
    <w:p>
      <w:pPr>
        <w:pStyle w:val="ListBullet"/>
        <w:ind w:left="360"/>
      </w:pPr>
      <w:r>
        <w:t>Mentored junior engineers, enhancing their technical skills and promoting a culture of continuous improvement within the team.</w:t>
      </w:r>
    </w:p>
    <w:p>
      <w:pPr>
        <w:spacing w:after="200"/>
      </w:pPr>
      <w:r>
        <w:rPr>
          <w:b/>
        </w:rPr>
        <w:t xml:space="preserve">Technologies Used: </w:t>
      </w:r>
      <w:r>
        <w:t>AWS, Azure, PowerShell, Zabbix, Nagios, ITIL, Agile, Linux, Windows, VPN, Firewalls, Docker, Kubernetes, Git, Terraform, Python</w:t>
      </w:r>
    </w:p>
    <w:p>
      <w:pPr>
        <w:spacing w:before="200"/>
      </w:pPr>
      <w:r>
        <w:rPr>
          <w:b/>
          <w:sz w:val="22"/>
        </w:rPr>
        <w:t>Kaiser Permanente - Oakland, CA</w:t>
      </w:r>
    </w:p>
    <w:p>
      <w:r>
        <w:rPr>
          <w:b/>
          <w:sz w:val="20"/>
        </w:rPr>
        <w:t>Application Security Engineer - Oct 2017 to Feb 2021</w:t>
      </w:r>
    </w:p>
    <w:p>
      <w:pPr>
        <w:pStyle w:val="ListBullet"/>
        <w:ind w:left="360"/>
      </w:pPr>
      <w:r>
        <w:t>Designed and implemented secure application frameworks, utilizing best practices in security architecture to mitigate risks and enhance application resilience.</w:t>
      </w:r>
    </w:p>
    <w:p>
      <w:pPr>
        <w:pStyle w:val="ListBullet"/>
        <w:ind w:left="360"/>
      </w:pPr>
      <w:r>
        <w:t>Conducted security assessments and code reviews, identifying vulnerabilities in applications and collaborating with development teams to remediate issues effectively.</w:t>
      </w:r>
    </w:p>
    <w:p>
      <w:pPr>
        <w:pStyle w:val="ListBullet"/>
        <w:ind w:left="360"/>
      </w:pPr>
      <w:r>
        <w:t>Developed automated testing scripts using Python, streamlining the security testing process and improving efficiency by 40%.</w:t>
      </w:r>
    </w:p>
    <w:p>
      <w:pPr>
        <w:pStyle w:val="ListBullet"/>
        <w:ind w:left="360"/>
      </w:pPr>
      <w:r>
        <w:t>Engaged in incident response activities, analyzing security breaches and implementing corrective actions to prevent future occurrences.</w:t>
      </w:r>
    </w:p>
    <w:p>
      <w:pPr>
        <w:pStyle w:val="ListBullet"/>
        <w:ind w:left="360"/>
      </w:pPr>
      <w:r>
        <w:t>Collaborated with IT teams to ensure compliance with HIPAA regulations, enhancing data protection measures and safeguarding sensitive information.</w:t>
      </w:r>
    </w:p>
    <w:p>
      <w:pPr>
        <w:pStyle w:val="ListBullet"/>
        <w:ind w:left="360"/>
      </w:pPr>
      <w:r>
        <w:t>Facilitated training workshops on application security best practices, increasing awareness and adherence to security protocols among developers.</w:t>
      </w:r>
    </w:p>
    <w:p>
      <w:pPr>
        <w:pStyle w:val="ListBullet"/>
        <w:ind w:left="360"/>
      </w:pPr>
      <w:r>
        <w:t>Managed security tools and platforms, optimizing configurations for improved performance and threat detection capabilities.</w:t>
      </w:r>
    </w:p>
    <w:p>
      <w:pPr>
        <w:pStyle w:val="ListBullet"/>
        <w:ind w:left="360"/>
      </w:pPr>
      <w:r>
        <w:t>Participated in Agile development processes, ensuring security considerations were integrated throughout the software development lifecycle.</w:t>
      </w:r>
    </w:p>
    <w:p>
      <w:pPr>
        <w:pStyle w:val="ListBullet"/>
        <w:ind w:left="360"/>
      </w:pPr>
      <w:r>
        <w:t>Documented security policies and procedures, contributing to the establishment of a robust security governance framework.</w:t>
      </w:r>
    </w:p>
    <w:p>
      <w:pPr>
        <w:pStyle w:val="ListBullet"/>
        <w:ind w:left="360"/>
      </w:pPr>
      <w:r>
        <w:t>Provided mentorship to junior staff, fostering a culture of knowledge sharing and professional development within the security team.</w:t>
      </w:r>
    </w:p>
    <w:p>
      <w:pPr>
        <w:spacing w:after="200"/>
      </w:pPr>
      <w:r>
        <w:rPr>
          <w:b/>
        </w:rPr>
        <w:t xml:space="preserve">Technologies Used: </w:t>
      </w:r>
      <w:r>
        <w:t>Python, AWS, HIPAA, Agile, ITIL, Docker, Kubernetes, Jenkins, Git, Linux, Windows, Burp Suite, OWASP ZAP, Terraform, SIEM</w:t>
      </w:r>
    </w:p>
    <w:p>
      <w:pPr>
        <w:spacing w:before="200"/>
      </w:pPr>
      <w:r>
        <w:rPr>
          <w:b/>
          <w:sz w:val="22"/>
        </w:rPr>
        <w:t>VMware - Palo Alto, CA</w:t>
      </w:r>
    </w:p>
    <w:p>
      <w:r>
        <w:rPr>
          <w:b/>
          <w:sz w:val="20"/>
        </w:rPr>
        <w:t>Software Engineer - May 2017 to Oct 2017</w:t>
      </w:r>
    </w:p>
    <w:p>
      <w:pPr>
        <w:pStyle w:val="ListBullet"/>
        <w:ind w:left="360"/>
      </w:pPr>
      <w:r>
        <w:t>Developed and maintained software applications, utilizing Agile methodologies to enhance product features and improve user experience.</w:t>
      </w:r>
    </w:p>
    <w:p>
      <w:pPr>
        <w:pStyle w:val="ListBullet"/>
        <w:ind w:left="360"/>
      </w:pPr>
      <w:r>
        <w:t>Collaborated with cross-functional teams to integrate security features into applications, ensuring compliance with industry standards and best practices.</w:t>
      </w:r>
    </w:p>
    <w:p>
      <w:pPr>
        <w:pStyle w:val="ListBullet"/>
        <w:ind w:left="360"/>
      </w:pPr>
      <w:r>
        <w:t>Engaged in code reviews and testing processes, identifying and resolving bugs to enhance software quality and performance.</w:t>
      </w:r>
    </w:p>
    <w:p>
      <w:pPr>
        <w:pStyle w:val="ListBullet"/>
        <w:ind w:left="360"/>
      </w:pPr>
      <w:r>
        <w:t>Participated in sprint planning and retrospectives, contributing to continuous improvement initiatives within the development team.</w:t>
      </w:r>
    </w:p>
    <w:p>
      <w:pPr>
        <w:pStyle w:val="ListBullet"/>
        <w:ind w:left="360"/>
      </w:pPr>
      <w:r>
        <w:t>Assisted in the deployment of applications to cloud environments, ensuring scalability and reliability of services.</w:t>
      </w:r>
    </w:p>
    <w:p>
      <w:pPr>
        <w:pStyle w:val="ListBullet"/>
        <w:ind w:left="360"/>
      </w:pPr>
      <w:r>
        <w:t>Documented software development processes and created user manuals, improving knowledge transfer and user support.</w:t>
      </w:r>
    </w:p>
    <w:p>
      <w:pPr>
        <w:pStyle w:val="ListBullet"/>
        <w:ind w:left="360"/>
      </w:pPr>
      <w:r>
        <w:t>Provided technical support for application-related issues, enhancing user satisfaction through effective problem resolution.</w:t>
      </w:r>
    </w:p>
    <w:p>
      <w:pPr>
        <w:pStyle w:val="ListBullet"/>
        <w:ind w:left="360"/>
      </w:pPr>
      <w:r>
        <w:t>Contributed to the development of automated testing frameworks, streamlining testing processes and improving efficiency.</w:t>
      </w:r>
    </w:p>
    <w:p>
      <w:pPr>
        <w:pStyle w:val="ListBullet"/>
        <w:ind w:left="360"/>
      </w:pPr>
      <w:r>
        <w:t>Collaborated with product managers to gather requirements and translate them into technical specifications for development.</w:t>
      </w:r>
    </w:p>
    <w:p>
      <w:pPr>
        <w:pStyle w:val="ListBullet"/>
        <w:ind w:left="360"/>
      </w:pPr>
      <w:r>
        <w:t>Engaged in continuous learning of emerging technologies, ensuring the team remains competitive in the rapidly evolving tech landscape.</w:t>
      </w:r>
    </w:p>
    <w:p>
      <w:pPr>
        <w:spacing w:after="200"/>
      </w:pPr>
      <w:r>
        <w:rPr>
          <w:b/>
        </w:rPr>
        <w:t xml:space="preserve">Technologies Used: </w:t>
      </w:r>
      <w:r>
        <w:t>Agile, Python, AWS, Docker, Kubernetes, Git, Linux, Windows, Jenkins, Terraform, Java, SQL, RESTful APIs, Microservices, CI/CD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CERTIFICATIONS</w:t>
      </w:r>
    </w:p>
    <w:p>
      <w:pPr>
        <w:pStyle w:val="ListBullet"/>
      </w:pPr>
      <w:r>
        <w:t>Certified Ethical Hacker (CEH) - EC-Council</w:t>
      </w:r>
    </w:p>
    <w:p>
      <w:pPr>
        <w:pStyle w:val="ListBullet"/>
      </w:pPr>
      <w:r>
        <w:t>AWS Certified Security - Specialty</w:t>
      </w:r>
    </w:p>
    <w:p>
      <w:pPr>
        <w:pStyle w:val="ListBullet"/>
      </w:pPr>
      <w:r>
        <w:t>Certified Application Security Engineer (CASE) - EC-Council</w:t>
      </w:r>
    </w:p>
    <w:p>
      <w:pPr>
        <w:pStyle w:val="ListBullet"/>
      </w:pPr>
      <w:r>
        <w:t>Mastering Container Security (Training)</w:t>
      </w:r>
    </w:p>
    <w:p>
      <w:pPr>
        <w:spacing w:before="240" w:after="80"/>
        <w:pBdr>
          <w:bottom w:val="single" w:sz="6" w:space="1" w:color="000000"/>
        </w:pBdr>
      </w:pPr>
      <w:r>
        <w:rPr>
          <w:b/>
          <w:sz w:val="24"/>
        </w:rPr>
        <w:t>EDUCATION</w:t>
      </w:r>
    </w:p>
    <w:p>
      <w:r>
        <w:t>Master of Science in Computer Science | California State University | 4.0 GPA</w:t>
      </w:r>
    </w:p>
    <w:p>
      <w:r>
        <w:t>Bachelor of Technology in Computer Science &amp; Engineering | Jawaharlal Nehru Technological University | 79%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jc w:val="both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