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Madhu Gaddam</w:t>
      </w:r>
    </w:p>
    <w:p>
      <w:pPr>
        <w:jc w:val="center"/>
      </w:pPr>
      <w:r>
        <w:rPr>
          <w:sz w:val="22"/>
        </w:rPr>
        <w:t>Email: gaddam0880@gmail.com  |  Mobile: 9853467026</w:t>
      </w:r>
    </w:p>
    <w:p>
      <w:pPr>
        <w:spacing w:before="240" w:after="80"/>
        <w:pBdr>
          <w:bottom w:val="single" w:sz="6" w:space="1" w:color="000000"/>
        </w:pBdr>
      </w:pPr>
      <w:r>
        <w:rPr>
          <w:b/>
          <w:sz w:val="24"/>
        </w:rPr>
        <w:t>PROFESSIONAL SUMMARY</w:t>
      </w:r>
    </w:p>
    <w:p>
      <w:pPr>
        <w:pStyle w:val="ListBullet"/>
        <w:ind w:left="360"/>
      </w:pPr>
      <w:r>
        <w:t>7+ years of experience as a ServiceNow Developer specializing in designing, developing, and implementing ServiceNow solutions across ITSM, CSM, and integrations to meet diverse business needs.</w:t>
      </w:r>
    </w:p>
    <w:p>
      <w:pPr>
        <w:pStyle w:val="ListBullet"/>
        <w:ind w:left="360"/>
      </w:pPr>
      <w:r>
        <w:t>Proven expertise in customizing ServiceNow applications, workflows, forms, and business rules, ensuring alignment with best practices and compliance standards.</w:t>
      </w:r>
    </w:p>
    <w:p>
      <w:pPr>
        <w:pStyle w:val="ListBullet"/>
        <w:ind w:left="360"/>
      </w:pPr>
      <w:r>
        <w:t>Strong proficiency in ServiceNow scripting languages including JavaScript, Glide API, and Flow Designer, enabling seamless application development and integration.</w:t>
      </w:r>
    </w:p>
    <w:p>
      <w:pPr>
        <w:pStyle w:val="ListBullet"/>
        <w:ind w:left="360"/>
      </w:pPr>
      <w:r>
        <w:t>Skilled in integrating ServiceNow with external systems using REST, SOAP, and APIs, enhancing system interoperability and data flow.</w:t>
      </w:r>
    </w:p>
    <w:p>
      <w:pPr>
        <w:pStyle w:val="ListBullet"/>
        <w:ind w:left="360"/>
      </w:pPr>
      <w:r>
        <w:t>Experience in maintaining platform stability, performance tuning, and executing version upgrades, contributing to overall system efficiency.</w:t>
      </w:r>
    </w:p>
    <w:p>
      <w:pPr>
        <w:pStyle w:val="ListBullet"/>
        <w:ind w:left="360"/>
      </w:pPr>
      <w:r>
        <w:t>Excellent communication and problem-solving skills, with a track record of collaborating effectively with stakeholders to deliver tailored solutions.</w:t>
      </w:r>
    </w:p>
    <w:p>
      <w:pPr>
        <w:pStyle w:val="ListBullet"/>
        <w:ind w:left="360"/>
      </w:pPr>
      <w:r>
        <w:t>Committed to continuous improvement and proactive in identifying opportunities for process enhancements within the ServiceNow environment.</w:t>
      </w:r>
    </w:p>
    <w:p>
      <w:pPr>
        <w:spacing w:before="240" w:after="80"/>
        <w:pBdr>
          <w:bottom w:val="single" w:sz="6" w:space="1" w:color="000000"/>
        </w:pBdr>
      </w:pPr>
      <w:r>
        <w:rPr>
          <w:b/>
          <w:sz w:val="24"/>
        </w:rPr>
        <w:t>SKILLS</w:t>
      </w:r>
    </w:p>
    <w:p>
      <w:r>
        <w:rPr>
          <w:b/>
        </w:rPr>
        <w:t xml:space="preserve">Programming Languages: </w:t>
      </w:r>
      <w:r>
        <w:t>JavaScript, Glide, Jelly, AngularJS, HTML, CSS, SQL, Python</w:t>
      </w:r>
    </w:p>
    <w:p>
      <w:r>
        <w:rPr>
          <w:b/>
        </w:rPr>
        <w:t xml:space="preserve">ServiceNow Development: </w:t>
      </w:r>
      <w:r>
        <w:t>ServiceNow Studio, Flow Designer, Update Sets, Service Portal, Client Scripts, Business Rules, UI Policies, Custom Applications</w:t>
      </w:r>
    </w:p>
    <w:p>
      <w:r>
        <w:rPr>
          <w:b/>
        </w:rPr>
        <w:t xml:space="preserve">Integration Technologies: </w:t>
      </w:r>
      <w:r>
        <w:t>REST APIs, SOAP APIs, MID Server, LDAP, SSO, Web Services, IntegrationHub, Data Transformation</w:t>
      </w:r>
    </w:p>
    <w:p>
      <w:r>
        <w:rPr>
          <w:b/>
        </w:rPr>
        <w:t xml:space="preserve">ITSM/CSM Knowledge: </w:t>
      </w:r>
      <w:r>
        <w:t>ITIL Processes, Incident Management, Problem Management, Change Management, Service Catalog, Knowledge Management, Request Fulfillment, Service Level Management</w:t>
      </w:r>
    </w:p>
    <w:p>
      <w:r>
        <w:rPr>
          <w:b/>
        </w:rPr>
        <w:t xml:space="preserve">Platform Management: </w:t>
      </w:r>
      <w:r>
        <w:t>ServiceNow Upgrades, Performance Tuning, Patch Management, Troubleshooting, Root Cause Analysis, Technical Documentation, Compliance Standards, Security Best Practices</w:t>
      </w:r>
    </w:p>
    <w:p>
      <w:r>
        <w:rPr>
          <w:b/>
        </w:rPr>
        <w:t xml:space="preserve">Agile Methodologies: </w:t>
      </w:r>
      <w:r>
        <w:t>Agile, Scrum, Kanban, Sprint Planning, Retrospectives, User Stories, Backlog Grooming, Continuous Improvement</w:t>
      </w:r>
    </w:p>
    <w:p>
      <w:r>
        <w:rPr>
          <w:b/>
        </w:rPr>
        <w:t xml:space="preserve">Soft Skills: </w:t>
      </w:r>
      <w:r>
        <w:t>Communication, Problem-Solving, Team Collaboration, Analytical Thinking, Adaptability, Time Management, Conflict Resolution, Proactivity</w:t>
      </w:r>
    </w:p>
    <w:p>
      <w:r>
        <w:rPr>
          <w:b/>
        </w:rPr>
        <w:t xml:space="preserve">Technical Documentation: </w:t>
      </w:r>
      <w:r>
        <w:t>Solution Designs, User Guides, Technical Specifications, Process Documentation, Knowledge Base Articles, Release Notes, Change Logs, Training Materials</w:t>
      </w:r>
    </w:p>
    <w:p>
      <w:r>
        <w:rPr>
          <w:b/>
        </w:rPr>
        <w:t xml:space="preserve">Stakeholder Engagement: </w:t>
      </w:r>
      <w:r>
        <w:t>Requirements Gathering, Client Relations, Cross-Functional Collaboration, Presentation Skills, Feedback Collection, User Acceptance Testing, Relationship Management, Negotiation Skills</w:t>
      </w:r>
    </w:p>
    <w:p>
      <w:r>
        <w:rPr>
          <w:b/>
        </w:rPr>
        <w:t xml:space="preserve">Certifications: </w:t>
      </w:r>
      <w:r>
        <w:t>ServiceNow Certified System Administrator (CSA), ServiceNow Certified Application Developer (CAD), ServiceNow Certified Implementation Specialist - ITSM, CIS ITSM, CIS CSM, ITIL Foundation, Agile Certified Practitioner (PMI-ACP)</w:t>
      </w:r>
    </w:p>
    <w:p>
      <w:pPr>
        <w:spacing w:before="240" w:after="80"/>
        <w:pBdr>
          <w:bottom w:val="single" w:sz="6" w:space="1" w:color="000000"/>
        </w:pBdr>
      </w:pPr>
      <w:r>
        <w:rPr>
          <w:b/>
          <w:sz w:val="24"/>
        </w:rPr>
        <w:t>WORK EXPERIENCE</w:t>
      </w:r>
    </w:p>
    <w:p>
      <w:r>
        <w:rPr>
          <w:b/>
          <w:sz w:val="22"/>
        </w:rPr>
        <w:t>Dell Technologies - Round Rock, TX</w:t>
      </w:r>
    </w:p>
    <w:p>
      <w:r>
        <w:rPr>
          <w:b/>
          <w:sz w:val="20"/>
        </w:rPr>
        <w:t>ServiceNow Platform Engineer - Jan 2024 to Present</w:t>
      </w:r>
    </w:p>
    <w:p>
      <w:pPr>
        <w:pStyle w:val="ListBullet"/>
        <w:ind w:left="360"/>
      </w:pPr>
      <w:r>
        <w:t>Designed and developed ServiceNow solutions across IT Service Management (ITSM) and Customer Service Management (CSM), leveraging JavaScript and Glide API to meet business requirements effectively.</w:t>
      </w:r>
    </w:p>
    <w:p>
      <w:pPr>
        <w:pStyle w:val="ListBullet"/>
        <w:ind w:left="360"/>
      </w:pPr>
      <w:r>
        <w:t>Customized ServiceNow applications, workflows, and business rules, enhancing user experience and operational efficiency through tailored UI policies and client scripts.</w:t>
      </w:r>
    </w:p>
    <w:p>
      <w:pPr>
        <w:pStyle w:val="ListBullet"/>
        <w:ind w:left="360"/>
      </w:pPr>
      <w:r>
        <w:t>Collaborated with business analysts and stakeholders to gather requirements, delivering robust solutions that align with organizational goals and improve service delivery.</w:t>
      </w:r>
    </w:p>
    <w:p>
      <w:pPr>
        <w:pStyle w:val="ListBullet"/>
        <w:ind w:left="360"/>
      </w:pPr>
      <w:r>
        <w:t>Integrated ServiceNow with external systems using REST and SOAP APIs, ensuring seamless data flow and interoperability across platforms.</w:t>
      </w:r>
    </w:p>
    <w:p>
      <w:pPr>
        <w:pStyle w:val="ListBullet"/>
        <w:ind w:left="360"/>
      </w:pPr>
      <w:r>
        <w:t>Maintained platform stability and performance by executing regular upgrades, patch management, and troubleshooting, resulting in a 30% reduction in downtime.</w:t>
      </w:r>
    </w:p>
    <w:p>
      <w:pPr>
        <w:pStyle w:val="ListBullet"/>
        <w:ind w:left="360"/>
      </w:pPr>
      <w:r>
        <w:t>Created and maintained comprehensive technical documentation, including solution designs and user guides, to facilitate knowledge sharing and support.</w:t>
      </w:r>
    </w:p>
    <w:p>
      <w:pPr>
        <w:pStyle w:val="ListBullet"/>
        <w:ind w:left="360"/>
      </w:pPr>
      <w:r>
        <w:t>Followed ServiceNow best practices to ensure compliance with security standards, enhancing the overall integrity of the platform.</w:t>
      </w:r>
    </w:p>
    <w:p>
      <w:pPr>
        <w:pStyle w:val="ListBullet"/>
        <w:ind w:left="360"/>
      </w:pPr>
      <w:r>
        <w:t>Conducted root cause analysis to troubleshoot issues, providing ongoing support and improving system reliability through proactive measures.</w:t>
      </w:r>
    </w:p>
    <w:p>
      <w:pPr>
        <w:pStyle w:val="ListBullet"/>
        <w:ind w:left="360"/>
      </w:pPr>
      <w:r>
        <w:t>Engaged in Agile methodologies, participating in sprint planning and daily standups to foster collaboration and timely delivery of projects.</w:t>
      </w:r>
    </w:p>
    <w:p>
      <w:pPr>
        <w:pStyle w:val="ListBullet"/>
        <w:ind w:left="360"/>
      </w:pPr>
      <w:r>
        <w:t>Mentored junior developers, sharing expertise in ServiceNow development and fostering a culture of continuous improvement within the team.</w:t>
      </w:r>
    </w:p>
    <w:p>
      <w:pPr>
        <w:spacing w:after="200"/>
      </w:pPr>
      <w:r>
        <w:rPr>
          <w:b/>
        </w:rPr>
        <w:t xml:space="preserve">Technologies Used: </w:t>
      </w:r>
      <w:r>
        <w:t>ServiceNow, JavaScript, Glide API, REST, SOAP, ITSM, CSM, Agile, Flow Designer, IntegrationHub, UI Policies, Client Scripts, Technical Documentation, Troubleshooting, Patch Management, Security Compliance</w:t>
      </w:r>
    </w:p>
    <w:p>
      <w:pPr>
        <w:spacing w:before="200"/>
      </w:pPr>
      <w:r>
        <w:rPr>
          <w:b/>
          <w:sz w:val="22"/>
        </w:rPr>
        <w:t>Visa Inc. - Austin, TX</w:t>
      </w:r>
    </w:p>
    <w:p>
      <w:r>
        <w:rPr>
          <w:b/>
          <w:sz w:val="20"/>
        </w:rPr>
        <w:t>ServiceNow Engineer - Nov 2021 to Dec 2023</w:t>
      </w:r>
    </w:p>
    <w:p>
      <w:pPr>
        <w:pStyle w:val="ListBullet"/>
        <w:ind w:left="360"/>
      </w:pPr>
      <w:r>
        <w:t>Engineered and implemented ServiceNow solutions tailored to ITSM and integrations, utilizing JavaScript and Flow Designer to enhance operational workflows.</w:t>
      </w:r>
    </w:p>
    <w:p>
      <w:pPr>
        <w:pStyle w:val="ListBullet"/>
        <w:ind w:left="360"/>
      </w:pPr>
      <w:r>
        <w:t>Customized ServiceNow applications and developed integrations with external systems via REST and SOAP APIs, improving service efficiency and data accuracy.</w:t>
      </w:r>
    </w:p>
    <w:p>
      <w:pPr>
        <w:pStyle w:val="ListBullet"/>
        <w:ind w:left="360"/>
      </w:pPr>
      <w:r>
        <w:t>Collaborated closely with architects and stakeholders to translate business needs into technical specifications, ensuring alignment with strategic objectives.</w:t>
      </w:r>
    </w:p>
    <w:p>
      <w:pPr>
        <w:pStyle w:val="ListBullet"/>
        <w:ind w:left="360"/>
      </w:pPr>
      <w:r>
        <w:t>Maintained platform performance through regular upgrades and troubleshooting, achieving a 25% increase in system responsiveness and user satisfaction.</w:t>
      </w:r>
    </w:p>
    <w:p>
      <w:pPr>
        <w:pStyle w:val="ListBullet"/>
        <w:ind w:left="360"/>
      </w:pPr>
      <w:r>
        <w:t>Developed technical documentation for solutions, ensuring clarity and accessibility for future reference and training purposes.</w:t>
      </w:r>
    </w:p>
    <w:p>
      <w:pPr>
        <w:pStyle w:val="ListBullet"/>
        <w:ind w:left="360"/>
      </w:pPr>
      <w:r>
        <w:t>Adhered to ITIL processes and best practices, contributing to improved service delivery and compliance with industry standards.</w:t>
      </w:r>
    </w:p>
    <w:p>
      <w:pPr>
        <w:pStyle w:val="ListBullet"/>
        <w:ind w:left="360"/>
      </w:pPr>
      <w:r>
        <w:t>Engaged in proactive problem-solving, identifying opportunities for process improvements that led to enhanced service quality and reduced operational costs.</w:t>
      </w:r>
    </w:p>
    <w:p>
      <w:pPr>
        <w:pStyle w:val="ListBullet"/>
        <w:ind w:left="360"/>
      </w:pPr>
      <w:r>
        <w:t>Participated in Agile/Scrum ceremonies, fostering teamwork and ensuring timely delivery of project milestones.</w:t>
      </w:r>
    </w:p>
    <w:p>
      <w:pPr>
        <w:pStyle w:val="ListBullet"/>
        <w:ind w:left="360"/>
      </w:pPr>
      <w:r>
        <w:t>Provided training and support to end-users, enhancing their understanding and utilization of ServiceNow functionalities.</w:t>
      </w:r>
    </w:p>
    <w:p>
      <w:pPr>
        <w:pStyle w:val="ListBullet"/>
        <w:ind w:left="360"/>
      </w:pPr>
      <w:r>
        <w:t>Achieved recognition for outstanding contributions to project success and team collaboration, reinforcing a culture of excellence within the organization.</w:t>
      </w:r>
    </w:p>
    <w:p>
      <w:pPr>
        <w:spacing w:after="200"/>
      </w:pPr>
      <w:r>
        <w:rPr>
          <w:b/>
        </w:rPr>
        <w:t xml:space="preserve">Technologies Used: </w:t>
      </w:r>
      <w:r>
        <w:t>ServiceNow, JavaScript, Flow Designer, REST, SOAP, ITIL, Agile, Technical Documentation, Troubleshooting, User Training, Process Improvement, System Upgrades, Compliance</w:t>
      </w:r>
    </w:p>
    <w:p>
      <w:pPr>
        <w:spacing w:before="200"/>
      </w:pPr>
      <w:r>
        <w:rPr>
          <w:b/>
          <w:sz w:val="22"/>
        </w:rPr>
        <w:t>McKesson - Irving, TX</w:t>
      </w:r>
    </w:p>
    <w:p>
      <w:r>
        <w:rPr>
          <w:b/>
          <w:sz w:val="20"/>
        </w:rPr>
        <w:t>ServiceNow Platform Engineer - Apr 2019 to Oct 2021</w:t>
      </w:r>
    </w:p>
    <w:p>
      <w:pPr>
        <w:pStyle w:val="ListBullet"/>
        <w:ind w:left="360"/>
      </w:pPr>
      <w:r>
        <w:t>Developed and customized ServiceNow applications for ITSM and CSM, employing JavaScript and Glide API to streamline business processes and enhance user engagement.</w:t>
      </w:r>
    </w:p>
    <w:p>
      <w:pPr>
        <w:pStyle w:val="ListBullet"/>
        <w:ind w:left="360"/>
      </w:pPr>
      <w:r>
        <w:t>Integrated ServiceNow with various external systems using REST and SOAP APIs, facilitating efficient data exchange and improving operational workflows.</w:t>
      </w:r>
    </w:p>
    <w:p>
      <w:pPr>
        <w:pStyle w:val="ListBullet"/>
        <w:ind w:left="360"/>
      </w:pPr>
      <w:r>
        <w:t>Collaborated with cross-functional teams to gather requirements and deliver solutions that met business needs, ensuring high-quality service delivery.</w:t>
      </w:r>
    </w:p>
    <w:p>
      <w:pPr>
        <w:pStyle w:val="ListBullet"/>
        <w:ind w:left="360"/>
      </w:pPr>
      <w:r>
        <w:t>Managed platform upgrades and performance tuning, resulting in a 20% improvement in system efficiency and user satisfaction ratings.</w:t>
      </w:r>
    </w:p>
    <w:p>
      <w:pPr>
        <w:pStyle w:val="ListBullet"/>
        <w:ind w:left="360"/>
      </w:pPr>
      <w:r>
        <w:t>Authored and maintained technical documentation, including user guides and solution designs, to support knowledge transfer and operational continuity.</w:t>
      </w:r>
    </w:p>
    <w:p>
      <w:pPr>
        <w:pStyle w:val="ListBullet"/>
        <w:ind w:left="360"/>
      </w:pPr>
      <w:r>
        <w:t>Followed best practices for ServiceNow development, ensuring compliance with security standards and enhancing platform reliability.</w:t>
      </w:r>
    </w:p>
    <w:p>
      <w:pPr>
        <w:pStyle w:val="ListBullet"/>
        <w:ind w:left="360"/>
      </w:pPr>
      <w:r>
        <w:t>Conducted root cause analysis and troubleshooting to resolve issues, contributing to improved system stability and user experience.</w:t>
      </w:r>
    </w:p>
    <w:p>
      <w:pPr>
        <w:pStyle w:val="ListBullet"/>
        <w:ind w:left="360"/>
      </w:pPr>
      <w:r>
        <w:t>Participated in Agile methodologies, engaging in sprint reviews and planning sessions to foster collaboration and timely project execution.</w:t>
      </w:r>
    </w:p>
    <w:p>
      <w:pPr>
        <w:pStyle w:val="ListBullet"/>
        <w:ind w:left="360"/>
      </w:pPr>
      <w:r>
        <w:t>Mentored team members in ServiceNow development best practices, promoting a culture of continuous learning and improvement.</w:t>
      </w:r>
    </w:p>
    <w:p>
      <w:pPr>
        <w:pStyle w:val="ListBullet"/>
        <w:ind w:left="360"/>
      </w:pPr>
      <w:r>
        <w:t>Recognized for exceptional problem-solving skills and proactive approach to identifying process enhancements within the ServiceNow platform.</w:t>
      </w:r>
    </w:p>
    <w:p>
      <w:pPr>
        <w:spacing w:after="200"/>
      </w:pPr>
      <w:r>
        <w:rPr>
          <w:b/>
        </w:rPr>
        <w:t xml:space="preserve">Technologies Used: </w:t>
      </w:r>
      <w:r>
        <w:t>ServiceNow, JavaScript, Glide API, REST, SOAP, ITSM, CSM, Agile, Technical Documentation, Troubleshooting, System Upgrades, Security Compliance, Performance Tuning</w:t>
      </w:r>
    </w:p>
    <w:p>
      <w:pPr>
        <w:spacing w:before="240" w:after="80"/>
        <w:pBdr>
          <w:bottom w:val="single" w:sz="6" w:space="1" w:color="000000"/>
        </w:pBdr>
      </w:pPr>
      <w:r>
        <w:rPr>
          <w:b/>
          <w:sz w:val="24"/>
        </w:rPr>
        <w:t>CERTIFICATIONS</w:t>
      </w:r>
    </w:p>
    <w:p>
      <w:pPr>
        <w:pStyle w:val="ListBullet"/>
      </w:pPr>
      <w:r>
        <w:t>ServiceNow Certified System Administrator (CSA)</w:t>
      </w:r>
    </w:p>
    <w:p>
      <w:pPr>
        <w:pStyle w:val="ListBullet"/>
      </w:pPr>
      <w:r>
        <w:t>ServiceNow Certified Application Developer (CAD)</w:t>
      </w:r>
    </w:p>
    <w:p>
      <w:pPr>
        <w:pStyle w:val="ListBullet"/>
      </w:pPr>
      <w:r>
        <w:t>ServiceNow Certified Implementation Specialist - ITSM</w:t>
      </w:r>
    </w:p>
    <w:p>
      <w:pPr>
        <w:spacing w:before="240" w:after="80"/>
        <w:pBdr>
          <w:bottom w:val="single" w:sz="6" w:space="1" w:color="000000"/>
        </w:pBdr>
      </w:pPr>
      <w:r>
        <w:rPr>
          <w:b/>
          <w:sz w:val="24"/>
        </w:rPr>
        <w:t>EDUCATION</w:t>
      </w:r>
    </w:p>
    <w:p>
      <w:r>
        <w:t>Masters in Information Technology | Rivier University | GPA: 3.6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  <w:jc w:val="both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